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14:paraId="44EBD0AC" wp14:textId="77777777">
      <w:pPr>
        <w:pStyle w:val="Heading1"/>
      </w:pPr>
      <w:r>
        <w:t>GlobalFinanceGuarantee – Client Proposal Templates</w:t>
      </w:r>
    </w:p>
    <w:p xmlns:wp14="http://schemas.microsoft.com/office/word/2010/wordml" w14:paraId="6FF7A9A2" wp14:textId="77777777">
      <w:r>
        <w:t>These standardized proposal templates are designed for use when presenting GlobalFinanceGuarantee (GFG) services to clients. Each template outlines the structure, key sections, and wording to ensure consistency and professionalism.</w:t>
      </w:r>
    </w:p>
    <w:p xmlns:wp14="http://schemas.microsoft.com/office/word/2010/wordml" w14:paraId="4CF4A903" wp14:textId="77777777">
      <w:pPr>
        <w:pStyle w:val="Heading2"/>
      </w:pPr>
      <w:r>
        <w:t>Template 1 – Standby Letter of Credit (SBLC)</w:t>
      </w:r>
    </w:p>
    <w:p xmlns:wp14="http://schemas.microsoft.com/office/word/2010/wordml" w14:paraId="7815AB17" wp14:textId="77777777">
      <w:r>
        <w:t>Subject: Proposal for Standby Letter of Credit (SBLC)</w:t>
      </w:r>
    </w:p>
    <w:p xmlns:wp14="http://schemas.microsoft.com/office/word/2010/wordml" w14:paraId="604BCBCF" wp14:textId="77777777">
      <w:r>
        <w:t>Dear [Client Name],</w:t>
      </w:r>
      <w:r>
        <w:br/>
      </w:r>
      <w:r>
        <w:br/>
      </w:r>
      <w:r>
        <w:t>Following our recent discussion, we are pleased to present our proposal for arranging a Standby Letter of Credit (SBLC) tailored to your project requirements.</w:t>
      </w:r>
      <w:r>
        <w:br/>
      </w:r>
      <w:r>
        <w:br/>
      </w:r>
      <w:r>
        <w:t>Instrument Type: Standby Letter of Credit (SBLC)</w:t>
      </w:r>
      <w:r>
        <w:br/>
      </w:r>
      <w:r>
        <w:t>Issuing Bank: [Bank Name]</w:t>
      </w:r>
      <w:r>
        <w:br/>
      </w:r>
      <w:r>
        <w:t>Amount: [Currency][Amount]</w:t>
      </w:r>
      <w:r>
        <w:br/>
      </w:r>
      <w:r>
        <w:t>Tenor: [Number] months</w:t>
      </w:r>
      <w:r>
        <w:br/>
      </w:r>
      <w:r>
        <w:t>Governing Rules: ISP98 / UCP 600</w:t>
      </w:r>
      <w:r>
        <w:br/>
      </w:r>
      <w:r>
        <w:t>Purpose: [Project / Contract Description]</w:t>
      </w:r>
      <w:r>
        <w:br/>
      </w:r>
      <w:r>
        <w:br/>
      </w:r>
      <w:r>
        <w:t>Our process includes full compliance (KYC/AML), instrument drafting, bank issuance, and SWIFT delivery.</w:t>
      </w:r>
      <w:r>
        <w:br/>
      </w:r>
      <w:r>
        <w:br/>
      </w:r>
      <w:r>
        <w:t>Fees: [Specify]</w:t>
      </w:r>
      <w:r>
        <w:br/>
      </w:r>
      <w:r>
        <w:t>Timeline: [X] business days from compliance clearance</w:t>
      </w:r>
      <w:r>
        <w:br/>
      </w:r>
      <w:r>
        <w:br/>
      </w:r>
      <w:r>
        <w:t>We look forward to assisting you in securing the required instrument.</w:t>
      </w:r>
      <w:r>
        <w:br/>
      </w:r>
      <w:r>
        <w:br/>
      </w:r>
      <w:r>
        <w:t>Best regards,</w:t>
      </w:r>
      <w:r>
        <w:br/>
      </w:r>
      <w:r>
        <w:t>[Your Name]</w:t>
      </w:r>
    </w:p>
    <w:p xmlns:wp14="http://schemas.microsoft.com/office/word/2010/wordml" w14:paraId="0A83FE75" wp14:textId="77777777">
      <w:pPr>
        <w:pStyle w:val="Heading2"/>
      </w:pPr>
      <w:r>
        <w:t>Template 2 – Bank Guarantee (BG)</w:t>
      </w:r>
    </w:p>
    <w:p xmlns:wp14="http://schemas.microsoft.com/office/word/2010/wordml" w14:paraId="6ACD3443" wp14:textId="77777777">
      <w:r>
        <w:t>Subject: Proposal for Bank Guarantee (BG)</w:t>
      </w:r>
    </w:p>
    <w:p xmlns:wp14="http://schemas.microsoft.com/office/word/2010/wordml" w14:paraId="62CC46B4" wp14:textId="77777777">
      <w:r>
        <w:t>Dear [Client Name],</w:t>
      </w:r>
      <w:r>
        <w:br/>
      </w:r>
      <w:r>
        <w:br/>
      </w:r>
      <w:r>
        <w:t>We are pleased to submit our proposal for arranging a Bank Guarantee (BG) to meet your contractual obligations.</w:t>
      </w:r>
      <w:r>
        <w:br/>
      </w:r>
      <w:r>
        <w:br/>
      </w:r>
      <w:r>
        <w:t>Instrument Type: Bank Guarantee (BG)</w:t>
      </w:r>
      <w:r>
        <w:br/>
      </w:r>
      <w:r>
        <w:t>Issuing Bank: [Bank Name]</w:t>
      </w:r>
      <w:r>
        <w:br/>
      </w:r>
      <w:r>
        <w:t>Amount: [Currency][Amount]</w:t>
      </w:r>
      <w:r>
        <w:br/>
      </w:r>
      <w:r>
        <w:t>Tenor: [Number] months</w:t>
      </w:r>
      <w:r>
        <w:br/>
      </w:r>
      <w:r>
        <w:t>Governing Rules: URDG 758</w:t>
      </w:r>
      <w:r>
        <w:br/>
      </w:r>
      <w:r>
        <w:t>Purpose: [Contract Description]</w:t>
      </w:r>
      <w:r>
        <w:br/>
      </w:r>
      <w:r>
        <w:br/>
      </w:r>
      <w:r>
        <w:t>Our service covers due diligence, bank negotiations, drafting, and SWIFT transmission.</w:t>
      </w:r>
      <w:r>
        <w:br/>
      </w:r>
      <w:r>
        <w:br/>
      </w:r>
      <w:r>
        <w:t>Fees: [Specify]</w:t>
      </w:r>
      <w:r>
        <w:br/>
      </w:r>
      <w:r>
        <w:t>Timeline: [X] business days from compliance clearance</w:t>
      </w:r>
      <w:r>
        <w:br/>
      </w:r>
      <w:r>
        <w:br/>
      </w:r>
      <w:r>
        <w:t>Best regards,</w:t>
      </w:r>
      <w:r>
        <w:br/>
      </w:r>
      <w:r>
        <w:t>[Your Name]</w:t>
      </w:r>
    </w:p>
    <w:p xmlns:wp14="http://schemas.microsoft.com/office/word/2010/wordml" w14:paraId="5A616356" wp14:textId="77777777">
      <w:pPr>
        <w:pStyle w:val="Heading2"/>
      </w:pPr>
      <w:r>
        <w:t>Template 3 – Performance Bond</w:t>
      </w:r>
    </w:p>
    <w:p xmlns:wp14="http://schemas.microsoft.com/office/word/2010/wordml" w14:paraId="4E42DD26" wp14:textId="77777777">
      <w:r>
        <w:t>Subject: Proposal for Performance Bond</w:t>
      </w:r>
    </w:p>
    <w:p xmlns:wp14="http://schemas.microsoft.com/office/word/2010/wordml" w14:paraId="3F0C4986" wp14:textId="77777777">
      <w:r>
        <w:t>Dear [Client Name],</w:t>
      </w:r>
      <w:r>
        <w:br/>
      </w:r>
      <w:r>
        <w:br/>
      </w:r>
      <w:r>
        <w:t>We propose arranging a Performance Bond to ensure fulfilment of your contractual obligations for the [Project Name] project.</w:t>
      </w:r>
      <w:r>
        <w:br/>
      </w:r>
      <w:r>
        <w:br/>
      </w:r>
      <w:r>
        <w:t>Instrument Type: Performance Bond</w:t>
      </w:r>
      <w:r>
        <w:br/>
      </w:r>
      <w:r>
        <w:t>Issuing Bank: [Bank Name]</w:t>
      </w:r>
      <w:r>
        <w:br/>
      </w:r>
      <w:r>
        <w:t>Amount: [Currency][Amount]</w:t>
      </w:r>
      <w:r>
        <w:br/>
      </w:r>
      <w:r>
        <w:t>Tenor: [Number] months</w:t>
      </w:r>
      <w:r>
        <w:br/>
      </w:r>
      <w:r>
        <w:t>Governing Rules: URDG 758</w:t>
      </w:r>
      <w:r>
        <w:br/>
      </w:r>
      <w:r>
        <w:t>Purpose: [Contract Description]</w:t>
      </w:r>
      <w:r>
        <w:br/>
      </w:r>
      <w:r>
        <w:br/>
      </w:r>
      <w:r>
        <w:t>Fees: [Specify]</w:t>
      </w:r>
      <w:r>
        <w:br/>
      </w:r>
      <w:r>
        <w:t>Timeline: [X] business days from compliance clearance</w:t>
      </w:r>
      <w:r>
        <w:br/>
      </w:r>
      <w:r>
        <w:br/>
      </w:r>
      <w:r>
        <w:t>Best regards,</w:t>
      </w:r>
      <w:r>
        <w:br/>
      </w:r>
      <w:r>
        <w:t>[Your Name]</w:t>
      </w:r>
    </w:p>
    <w:p xmlns:wp14="http://schemas.microsoft.com/office/word/2010/wordml" w14:paraId="2923A53F" wp14:textId="77777777">
      <w:pPr>
        <w:pStyle w:val="Heading2"/>
      </w:pPr>
      <w:r>
        <w:t>Template 4 – Proof of Funds (POF)</w:t>
      </w:r>
    </w:p>
    <w:p xmlns:wp14="http://schemas.microsoft.com/office/word/2010/wordml" w14:paraId="0C3142A0" wp14:textId="77777777">
      <w:r>
        <w:t>Subject: Proposal for Proof of Funds (POF)</w:t>
      </w:r>
    </w:p>
    <w:p xmlns:wp14="http://schemas.microsoft.com/office/word/2010/wordml" w14:paraId="1F9C6245" wp14:textId="77777777">
      <w:r>
        <w:t>Dear [Client Name],</w:t>
      </w:r>
      <w:r>
        <w:br/>
      </w:r>
      <w:r>
        <w:br/>
      </w:r>
      <w:r>
        <w:t>We are pleased to provide our proposal for Proof of Funds (POF) issuance.</w:t>
      </w:r>
      <w:r>
        <w:br/>
      </w:r>
      <w:r>
        <w:br/>
      </w:r>
      <w:r>
        <w:t>Instrument Type: Proof of Funds (POF)</w:t>
      </w:r>
      <w:r>
        <w:br/>
      </w:r>
      <w:r>
        <w:t>Issuing Bank: [Bank Name]</w:t>
      </w:r>
      <w:r>
        <w:br/>
      </w:r>
      <w:r>
        <w:t>Amount: [Currency][Amount]</w:t>
      </w:r>
      <w:r>
        <w:br/>
      </w:r>
      <w:r>
        <w:t>Validity: [Number] days/months</w:t>
      </w:r>
      <w:r>
        <w:br/>
      </w:r>
      <w:r>
        <w:t>Purpose: [Reason for POF]</w:t>
      </w:r>
      <w:r>
        <w:br/>
      </w:r>
      <w:r>
        <w:br/>
      </w:r>
      <w:r>
        <w:t>Our service includes verification via SWIFT MT799/MT760 and direct bank-to-bank confirmation.</w:t>
      </w:r>
      <w:r>
        <w:br/>
      </w:r>
      <w:r>
        <w:br/>
      </w:r>
      <w:r>
        <w:t>Fees: [Specify]</w:t>
      </w:r>
      <w:r>
        <w:br/>
      </w:r>
      <w:r>
        <w:t>Timeline: [X] business days from compliance clearance</w:t>
      </w:r>
      <w:r>
        <w:br/>
      </w:r>
      <w:r>
        <w:br/>
      </w:r>
      <w:r>
        <w:t>Best regards,</w:t>
      </w:r>
      <w:r>
        <w:br/>
      </w:r>
      <w:r>
        <w:t>[Your Name]</w:t>
      </w:r>
    </w:p>
    <w:p xmlns:wp14="http://schemas.microsoft.com/office/word/2010/wordml" w14:paraId="4BE34439" wp14:textId="77777777">
      <w:pPr>
        <w:pStyle w:val="Heading2"/>
      </w:pPr>
      <w:r>
        <w:t>Template 5 – Documentary Letter of Credit (LC)</w:t>
      </w:r>
    </w:p>
    <w:p xmlns:wp14="http://schemas.microsoft.com/office/word/2010/wordml" w14:paraId="63EBC157" wp14:textId="77777777">
      <w:r>
        <w:t>Subject: Proposal for Documentary Letter of Credit (LC)</w:t>
      </w:r>
    </w:p>
    <w:p xmlns:wp14="http://schemas.microsoft.com/office/word/2010/wordml" w14:paraId="4C7DFA54" wp14:textId="77777777">
      <w:r>
        <w:t>Dear [Client Name],</w:t>
      </w:r>
      <w:r>
        <w:br/>
      </w:r>
      <w:r>
        <w:br/>
      </w:r>
      <w:r>
        <w:t>We are pleased to offer our proposal for the issuance of a Documentary Letter of Credit (LC) for your trade transaction.</w:t>
      </w:r>
      <w:r>
        <w:br/>
      </w:r>
      <w:r>
        <w:br/>
      </w:r>
      <w:r>
        <w:t>Instrument Type: Documentary Letter of Credit (LC)</w:t>
      </w:r>
      <w:r>
        <w:br/>
      </w:r>
      <w:r>
        <w:t>Issuing Bank: [Bank Name]</w:t>
      </w:r>
      <w:r>
        <w:br/>
      </w:r>
      <w:r>
        <w:t>Amount: [Currency][Amount]</w:t>
      </w:r>
      <w:r>
        <w:br/>
      </w:r>
      <w:r>
        <w:t>Tenor: [Number] months</w:t>
      </w:r>
      <w:r>
        <w:br/>
      </w:r>
      <w:r>
        <w:t>Governing Rules: UCP 600</w:t>
      </w:r>
      <w:r>
        <w:br/>
      </w:r>
      <w:r>
        <w:t>Purpose: [Trade Description]</w:t>
      </w:r>
      <w:r>
        <w:br/>
      </w:r>
      <w:r>
        <w:br/>
      </w:r>
      <w:r>
        <w:t>Our service includes drafting the LC text, bank negotiations, and SWIFT transmission to the beneficiary bank.</w:t>
      </w:r>
      <w:r>
        <w:br/>
      </w:r>
      <w:r>
        <w:br/>
      </w:r>
      <w:r>
        <w:t>Fees: [Specify]</w:t>
      </w:r>
      <w:r>
        <w:br/>
      </w:r>
      <w:r>
        <w:t>Timeline: [X] business days from compliance clearance</w:t>
      </w:r>
      <w:r>
        <w:br/>
      </w:r>
      <w:r>
        <w:br/>
      </w:r>
      <w:r>
        <w:t>Best regards,</w:t>
      </w:r>
      <w:r>
        <w:br/>
      </w:r>
      <w:r>
        <w:t>[Your Name]</w:t>
      </w:r>
    </w:p>
    <w:sectPr w:rsidRPr="0006063C" w:rsidR="00FC693F" w:rsidSect="00034616">
      <w:pgSz w:w="12240" w:h="15840" w:orient="portrait"/>
      <w:pgMar w:top="1440" w:right="1800" w:bottom="1440" w:left="1800" w:header="720" w:footer="720" w:gutter="0"/>
      <w:cols w:space="720"/>
      <w:docGrid w:linePitch="360"/>
      <w:headerReference w:type="default" r:id="R6b4aa39d059749cb"/>
      <w:footerReference w:type="default" r:id="R9201fddf1dbe41d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020F0BED" w:rsidTr="020F0BED" w14:paraId="3A2941A2">
      <w:trPr>
        <w:trHeight w:val="300"/>
      </w:trPr>
      <w:tc>
        <w:tcPr>
          <w:tcW w:w="2880" w:type="dxa"/>
          <w:tcMar/>
        </w:tcPr>
        <w:p w:rsidR="020F0BED" w:rsidP="020F0BED" w:rsidRDefault="020F0BED" w14:paraId="7E8BC8E6" w14:textId="55F91C75">
          <w:pPr>
            <w:pStyle w:val="Header"/>
            <w:bidi w:val="0"/>
            <w:ind w:left="-115"/>
            <w:jc w:val="left"/>
          </w:pPr>
        </w:p>
      </w:tc>
      <w:tc>
        <w:tcPr>
          <w:tcW w:w="2880" w:type="dxa"/>
          <w:tcMar/>
        </w:tcPr>
        <w:p w:rsidR="020F0BED" w:rsidP="020F0BED" w:rsidRDefault="020F0BED" w14:paraId="3205562E" w14:textId="1039662C">
          <w:pPr>
            <w:pStyle w:val="Header"/>
            <w:bidi w:val="0"/>
            <w:jc w:val="center"/>
          </w:pPr>
        </w:p>
      </w:tc>
      <w:tc>
        <w:tcPr>
          <w:tcW w:w="2880" w:type="dxa"/>
          <w:tcMar/>
        </w:tcPr>
        <w:p w:rsidR="020F0BED" w:rsidP="020F0BED" w:rsidRDefault="020F0BED" w14:paraId="2C08CFAB" w14:textId="56B193ED">
          <w:pPr>
            <w:pStyle w:val="Header"/>
            <w:bidi w:val="0"/>
            <w:ind w:right="-115"/>
            <w:jc w:val="right"/>
          </w:pPr>
        </w:p>
      </w:tc>
    </w:tr>
  </w:tbl>
  <w:p w:rsidR="020F0BED" w:rsidP="020F0BED" w:rsidRDefault="020F0BED" w14:paraId="36682F97" w14:textId="1094E448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020F0BED" w:rsidTr="020F0BED" w14:paraId="3067F36E">
      <w:trPr>
        <w:trHeight w:val="300"/>
      </w:trPr>
      <w:tc>
        <w:tcPr>
          <w:tcW w:w="2880" w:type="dxa"/>
          <w:tcMar/>
        </w:tcPr>
        <w:p w:rsidR="020F0BED" w:rsidP="020F0BED" w:rsidRDefault="020F0BED" w14:paraId="14F2D1A1" w14:textId="0EBC1153">
          <w:pPr>
            <w:pStyle w:val="Header"/>
            <w:bidi w:val="0"/>
            <w:ind w:left="-115"/>
            <w:jc w:val="left"/>
          </w:pPr>
        </w:p>
      </w:tc>
      <w:tc>
        <w:tcPr>
          <w:tcW w:w="2880" w:type="dxa"/>
          <w:tcMar/>
        </w:tcPr>
        <w:p w:rsidR="020F0BED" w:rsidP="020F0BED" w:rsidRDefault="020F0BED" w14:paraId="66C71A39" w14:textId="080A558E">
          <w:pPr>
            <w:bidi w:val="0"/>
            <w:jc w:val="center"/>
          </w:pPr>
          <w:r w:rsidR="020F0BED">
            <w:drawing>
              <wp:inline wp14:editId="1F6AAE02" wp14:anchorId="7C32E270">
                <wp:extent cx="457200" cy="457200"/>
                <wp:effectExtent l="0" t="0" r="0" b="0"/>
                <wp:docPr id="732376179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732376179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663516006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457200" cy="4572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0" w:type="dxa"/>
          <w:tcMar/>
        </w:tcPr>
        <w:p w:rsidR="020F0BED" w:rsidP="020F0BED" w:rsidRDefault="020F0BED" w14:paraId="3A4D3D83" w14:textId="243FF036">
          <w:pPr>
            <w:pStyle w:val="Header"/>
            <w:bidi w:val="0"/>
            <w:ind w:right="-115"/>
            <w:jc w:val="right"/>
          </w:pPr>
        </w:p>
      </w:tc>
    </w:tr>
  </w:tbl>
  <w:p w:rsidR="020F0BED" w:rsidP="020F0BED" w:rsidRDefault="020F0BED" w14:paraId="1F34AEAA" w14:textId="5E3BC0B9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val="bestFit"/>
  <w:proofState w:spelling="clean" w:grammar="dirty"/>
  <w:trackRevisions w:val="false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20F0BED"/>
    <w:rsid w:val="2AF4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  <w15:docId w15:val="{FBA3D1D5-E2D9-4DE6-A0AD-8AF05FAF99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microsoft.com/office/2007/relationships/stylesWithEffects" Target="stylesWithEffect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fontTable" Target="fontTable.xml" Id="rId7" /><Relationship Type="http://schemas.openxmlformats.org/officeDocument/2006/relationships/theme" Target="theme/theme1.xml" Id="rId8" /><Relationship Type="http://schemas.openxmlformats.org/officeDocument/2006/relationships/customXml" Target="../customXml/item1.xml" Id="rId1" /><Relationship Type="http://schemas.openxmlformats.org/officeDocument/2006/relationships/numbering" Target="numbering.xml" Id="rId2" /><Relationship Type="http://schemas.openxmlformats.org/officeDocument/2006/relationships/header" Target="header.xml" Id="R6b4aa39d059749cb" /><Relationship Type="http://schemas.openxmlformats.org/officeDocument/2006/relationships/footer" Target="footer.xml" Id="R9201fddf1dbe41df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66351600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Vice Čuljak</lastModifiedBy>
  <revision>2</revision>
  <dcterms:created xsi:type="dcterms:W3CDTF">2013-12-23T23:15:00.0000000Z</dcterms:created>
  <dcterms:modified xsi:type="dcterms:W3CDTF">2025-08-14T17:35:21.4024500Z</dcterms:modified>
  <category/>
</coreProperties>
</file>